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5B6CA" w14:textId="77777777" w:rsidR="00AA17AA" w:rsidRDefault="00AA17AA" w:rsidP="00246BA1">
      <w:pPr>
        <w:jc w:val="center"/>
        <w:rPr>
          <w:b/>
          <w:sz w:val="32"/>
        </w:rPr>
      </w:pPr>
      <w:r>
        <w:rPr>
          <w:b/>
          <w:noProof/>
          <w:sz w:val="32"/>
        </w:rPr>
        <w:drawing>
          <wp:inline distT="0" distB="0" distL="0" distR="0" wp14:anchorId="5E9A3BFA" wp14:editId="5F63F78C">
            <wp:extent cx="693420" cy="693420"/>
            <wp:effectExtent l="0" t="0" r="0" b="0"/>
            <wp:docPr id="138201229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012294" name="Immagine 138201229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3428" cy="69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06E20" w14:textId="191C903A" w:rsidR="00246BA1" w:rsidRDefault="00C41D4B" w:rsidP="00246BA1">
      <w:pPr>
        <w:jc w:val="center"/>
        <w:rPr>
          <w:b/>
          <w:sz w:val="32"/>
        </w:rPr>
      </w:pPr>
      <w:r>
        <w:rPr>
          <w:b/>
          <w:sz w:val="32"/>
        </w:rPr>
        <w:t>ASD SALENTO TORNEI</w:t>
      </w:r>
    </w:p>
    <w:p w14:paraId="4EB63341" w14:textId="63270AA6" w:rsidR="00F11D20" w:rsidRPr="00246BA1" w:rsidRDefault="00C41D4B" w:rsidP="00246BA1">
      <w:pPr>
        <w:jc w:val="center"/>
        <w:rPr>
          <w:b/>
          <w:sz w:val="32"/>
        </w:rPr>
      </w:pPr>
      <w:r>
        <w:rPr>
          <w:b/>
          <w:sz w:val="40"/>
        </w:rPr>
        <w:t>MODULO DI ISCRIZIONE</w:t>
      </w:r>
    </w:p>
    <w:p w14:paraId="3ED934EE" w14:textId="77777777" w:rsidR="00F11D20" w:rsidRDefault="00C41D4B">
      <w:pPr>
        <w:jc w:val="center"/>
        <w:rPr>
          <w:b/>
          <w:sz w:val="28"/>
        </w:rPr>
      </w:pPr>
      <w:r>
        <w:rPr>
          <w:b/>
          <w:sz w:val="28"/>
        </w:rPr>
        <w:t>ATTIVITÀ MOTORIA DI BASE – MULTISPORT</w:t>
      </w:r>
    </w:p>
    <w:p w14:paraId="2DD07304" w14:textId="77777777" w:rsidR="00F11D20" w:rsidRDefault="00C41D4B">
      <w:pPr>
        <w:jc w:val="center"/>
      </w:pPr>
      <w:proofErr w:type="spellStart"/>
      <w:r>
        <w:rPr>
          <w:sz w:val="20"/>
        </w:rPr>
        <w:t>Martignano</w:t>
      </w:r>
      <w:proofErr w:type="spellEnd"/>
      <w:r>
        <w:rPr>
          <w:sz w:val="20"/>
        </w:rPr>
        <w:t xml:space="preserve"> (LE) – Tutti i sabati mattina</w:t>
      </w:r>
    </w:p>
    <w:p w14:paraId="0BB23650" w14:textId="31B5139B" w:rsidR="00DC630C" w:rsidRPr="00F52729" w:rsidRDefault="00C41D4B" w:rsidP="00F52729">
      <w:pPr>
        <w:jc w:val="center"/>
        <w:rPr>
          <w:sz w:val="18"/>
        </w:rPr>
      </w:pPr>
      <w:r>
        <w:rPr>
          <w:sz w:val="18"/>
        </w:rPr>
        <w:t xml:space="preserve">Vito +39 327 172 </w:t>
      </w:r>
      <w:proofErr w:type="gramStart"/>
      <w:r>
        <w:rPr>
          <w:sz w:val="18"/>
        </w:rPr>
        <w:t>9093  •</w:t>
      </w:r>
      <w:proofErr w:type="gramEnd"/>
      <w:r>
        <w:rPr>
          <w:sz w:val="18"/>
        </w:rPr>
        <w:t xml:space="preserve">  Davide +39 391 103 </w:t>
      </w:r>
      <w:proofErr w:type="gramStart"/>
      <w:r>
        <w:rPr>
          <w:sz w:val="18"/>
        </w:rPr>
        <w:t>8848  •</w:t>
      </w:r>
      <w:proofErr w:type="gramEnd"/>
      <w:r>
        <w:rPr>
          <w:sz w:val="18"/>
        </w:rPr>
        <w:t xml:space="preserve">  </w:t>
      </w:r>
      <w:hyperlink r:id="rId7" w:history="1">
        <w:r w:rsidR="00DC630C" w:rsidRPr="003E5852">
          <w:rPr>
            <w:rStyle w:val="Collegamentoipertestuale"/>
            <w:sz w:val="18"/>
          </w:rPr>
          <w:t>info@salentotornei.it</w:t>
        </w:r>
      </w:hyperlink>
    </w:p>
    <w:p w14:paraId="5002AB56" w14:textId="77777777" w:rsidR="00F52729" w:rsidRDefault="00F52729">
      <w:pPr>
        <w:rPr>
          <w:b/>
          <w:sz w:val="24"/>
        </w:rPr>
      </w:pPr>
    </w:p>
    <w:p w14:paraId="23257671" w14:textId="77777777" w:rsidR="00F52729" w:rsidRPr="001725E8" w:rsidRDefault="00F52729">
      <w:pPr>
        <w:rPr>
          <w:b/>
        </w:rPr>
      </w:pPr>
    </w:p>
    <w:p w14:paraId="77D33A19" w14:textId="57576D23" w:rsidR="00F11D20" w:rsidRPr="001725E8" w:rsidRDefault="00C41D4B">
      <w:r w:rsidRPr="001725E8">
        <w:rPr>
          <w:b/>
        </w:rPr>
        <w:t>1. DATI DEL MINORE</w:t>
      </w:r>
    </w:p>
    <w:p w14:paraId="7D68BE53" w14:textId="77777777" w:rsidR="00F11D20" w:rsidRPr="001725E8" w:rsidRDefault="00C41D4B">
      <w:pPr>
        <w:spacing w:after="40"/>
      </w:pPr>
      <w:r w:rsidRPr="001725E8">
        <w:t>Nome e cognome: ______________________________________________________________</w:t>
      </w:r>
    </w:p>
    <w:p w14:paraId="365A7010" w14:textId="77777777" w:rsidR="00F11D20" w:rsidRPr="001725E8" w:rsidRDefault="00C41D4B">
      <w:pPr>
        <w:spacing w:after="40"/>
      </w:pPr>
      <w:r w:rsidRPr="001725E8">
        <w:t xml:space="preserve">Data di nascita: ____ / </w:t>
      </w:r>
      <w:proofErr w:type="gramStart"/>
      <w:r w:rsidRPr="001725E8">
        <w:t xml:space="preserve">____ / ______   </w:t>
      </w:r>
      <w:proofErr w:type="gramEnd"/>
      <w:r w:rsidRPr="001725E8">
        <w:t xml:space="preserve"> Luogo di nascita: ______________________________</w:t>
      </w:r>
    </w:p>
    <w:p w14:paraId="4689DDAB" w14:textId="77777777" w:rsidR="00F11D20" w:rsidRPr="001725E8" w:rsidRDefault="00C41D4B">
      <w:pPr>
        <w:spacing w:after="40"/>
      </w:pPr>
      <w:r w:rsidRPr="001725E8">
        <w:t>Codice fiscale: ________________________________________________________________</w:t>
      </w:r>
    </w:p>
    <w:p w14:paraId="3209CA61" w14:textId="77777777" w:rsidR="00F11D20" w:rsidRPr="001725E8" w:rsidRDefault="00C41D4B">
      <w:pPr>
        <w:spacing w:after="40"/>
      </w:pPr>
      <w:r w:rsidRPr="001725E8">
        <w:t>Residenza: ____________________________________________________________________</w:t>
      </w:r>
    </w:p>
    <w:p w14:paraId="3CA5BC3C" w14:textId="77777777" w:rsidR="00F11D20" w:rsidRPr="001725E8" w:rsidRDefault="00C41D4B">
      <w:pPr>
        <w:spacing w:after="40"/>
      </w:pPr>
      <w:r w:rsidRPr="001725E8">
        <w:t>Scuola frequentata / classe: _______________________________________________________</w:t>
      </w:r>
    </w:p>
    <w:p w14:paraId="25C4EFAC" w14:textId="77777777" w:rsidR="00DC630C" w:rsidRPr="001725E8" w:rsidRDefault="00DC630C">
      <w:pPr>
        <w:rPr>
          <w:b/>
        </w:rPr>
      </w:pPr>
    </w:p>
    <w:p w14:paraId="2A919201" w14:textId="77777777" w:rsidR="00F52729" w:rsidRPr="001725E8" w:rsidRDefault="00F52729">
      <w:pPr>
        <w:rPr>
          <w:b/>
        </w:rPr>
      </w:pPr>
    </w:p>
    <w:p w14:paraId="3D333133" w14:textId="4EDA3F8D" w:rsidR="00F11D20" w:rsidRPr="001725E8" w:rsidRDefault="00C41D4B">
      <w:r w:rsidRPr="001725E8">
        <w:rPr>
          <w:b/>
        </w:rPr>
        <w:t>2. DATI DEL GENITORE / TUTORE</w:t>
      </w:r>
    </w:p>
    <w:p w14:paraId="6FF33E7A" w14:textId="77777777" w:rsidR="00F11D20" w:rsidRPr="001725E8" w:rsidRDefault="00C41D4B">
      <w:pPr>
        <w:spacing w:after="40"/>
      </w:pPr>
      <w:r w:rsidRPr="001725E8">
        <w:t>Nome e cognome: ______________________________________________________________</w:t>
      </w:r>
    </w:p>
    <w:p w14:paraId="61B0BD10" w14:textId="77777777" w:rsidR="00F11D20" w:rsidRPr="001725E8" w:rsidRDefault="00C41D4B">
      <w:pPr>
        <w:spacing w:after="40"/>
      </w:pPr>
      <w:r w:rsidRPr="001725E8">
        <w:t>Codice fiscale: ________________________________________________________________</w:t>
      </w:r>
    </w:p>
    <w:p w14:paraId="5451FAA2" w14:textId="77777777" w:rsidR="00F11D20" w:rsidRPr="001725E8" w:rsidRDefault="00C41D4B">
      <w:pPr>
        <w:spacing w:after="40"/>
      </w:pPr>
      <w:r w:rsidRPr="001725E8">
        <w:t>Telefono: ______________________________    E-mail: _________________________________</w:t>
      </w:r>
    </w:p>
    <w:p w14:paraId="6809014D" w14:textId="77777777" w:rsidR="00F11D20" w:rsidRPr="001725E8" w:rsidRDefault="00C41D4B">
      <w:pPr>
        <w:spacing w:after="40"/>
      </w:pPr>
      <w:r w:rsidRPr="001725E8">
        <w:t>Indirizzo di residenza (se diverso): _________________________________________________</w:t>
      </w:r>
    </w:p>
    <w:p w14:paraId="3C83C8C1" w14:textId="77777777" w:rsidR="00F11D20" w:rsidRPr="001725E8" w:rsidRDefault="00C41D4B">
      <w:pPr>
        <w:spacing w:after="40"/>
      </w:pPr>
      <w:r w:rsidRPr="001725E8">
        <w:t>Rapporto con il minore:  ☐ Madre   ☐ Padre   ☐ Tutore   ☐ Altro: _______________________</w:t>
      </w:r>
    </w:p>
    <w:p w14:paraId="0DEBEBBF" w14:textId="77777777" w:rsidR="00DC630C" w:rsidRPr="001725E8" w:rsidRDefault="00DC630C">
      <w:pPr>
        <w:rPr>
          <w:b/>
        </w:rPr>
      </w:pPr>
    </w:p>
    <w:p w14:paraId="2B65724B" w14:textId="77777777" w:rsidR="00F52729" w:rsidRPr="001725E8" w:rsidRDefault="00F52729">
      <w:pPr>
        <w:rPr>
          <w:b/>
        </w:rPr>
      </w:pPr>
    </w:p>
    <w:p w14:paraId="26B96F87" w14:textId="0F2B5F19" w:rsidR="00F11D20" w:rsidRPr="001725E8" w:rsidRDefault="00C41D4B">
      <w:r w:rsidRPr="001725E8">
        <w:rPr>
          <w:b/>
        </w:rPr>
        <w:t>3. CONTATTO DI EMERGENZA</w:t>
      </w:r>
    </w:p>
    <w:p w14:paraId="32F85899" w14:textId="77777777" w:rsidR="00F11D20" w:rsidRPr="001725E8" w:rsidRDefault="00C41D4B">
      <w:pPr>
        <w:spacing w:after="40"/>
      </w:pPr>
      <w:r w:rsidRPr="001725E8">
        <w:t>Nome e cognome: ______________________________________________________________</w:t>
      </w:r>
    </w:p>
    <w:p w14:paraId="6AD61C1A" w14:textId="70609ABE" w:rsidR="00DC630C" w:rsidRPr="001725E8" w:rsidRDefault="00C41D4B" w:rsidP="00DC630C">
      <w:pPr>
        <w:spacing w:after="40"/>
      </w:pPr>
      <w:proofErr w:type="spellStart"/>
      <w:r w:rsidRPr="001725E8">
        <w:t>Rapporto</w:t>
      </w:r>
      <w:proofErr w:type="spellEnd"/>
      <w:r w:rsidRPr="001725E8">
        <w:t xml:space="preserve"> con il </w:t>
      </w:r>
      <w:proofErr w:type="spellStart"/>
      <w:proofErr w:type="gramStart"/>
      <w:r w:rsidRPr="001725E8">
        <w:t>minore</w:t>
      </w:r>
      <w:proofErr w:type="spellEnd"/>
      <w:r w:rsidRPr="001725E8">
        <w:t>: _</w:t>
      </w:r>
      <w:proofErr w:type="gramEnd"/>
      <w:r w:rsidRPr="001725E8">
        <w:t xml:space="preserve">___________________    </w:t>
      </w:r>
      <w:proofErr w:type="spellStart"/>
      <w:r w:rsidRPr="001725E8">
        <w:t>Telefono</w:t>
      </w:r>
      <w:proofErr w:type="spellEnd"/>
      <w:r w:rsidRPr="001725E8">
        <w:t>: _____________________________</w:t>
      </w:r>
    </w:p>
    <w:p w14:paraId="4B0EDF0D" w14:textId="77777777" w:rsidR="00DC630C" w:rsidRDefault="00DC630C">
      <w:pPr>
        <w:rPr>
          <w:b/>
        </w:rPr>
      </w:pPr>
    </w:p>
    <w:p w14:paraId="0F9F1385" w14:textId="77777777" w:rsidR="00AA17AA" w:rsidRPr="001725E8" w:rsidRDefault="00AA17AA">
      <w:pPr>
        <w:rPr>
          <w:b/>
        </w:rPr>
      </w:pPr>
    </w:p>
    <w:p w14:paraId="0BCBBD83" w14:textId="77777777" w:rsidR="00F52729" w:rsidRPr="001725E8" w:rsidRDefault="00F52729">
      <w:pPr>
        <w:rPr>
          <w:b/>
        </w:rPr>
      </w:pPr>
    </w:p>
    <w:p w14:paraId="4B1195A0" w14:textId="330111A6" w:rsidR="00F11D20" w:rsidRPr="001725E8" w:rsidRDefault="00C41D4B">
      <w:r w:rsidRPr="001725E8">
        <w:rPr>
          <w:b/>
        </w:rPr>
        <w:lastRenderedPageBreak/>
        <w:t>4. ISCRIZIONE AL PROGETTO</w:t>
      </w:r>
    </w:p>
    <w:p w14:paraId="7CA5E9B9" w14:textId="77777777" w:rsidR="00F11D20" w:rsidRPr="001725E8" w:rsidRDefault="00C41D4B">
      <w:pPr>
        <w:spacing w:after="40"/>
      </w:pPr>
      <w:r w:rsidRPr="001725E8">
        <w:t>Con la presente si richiede l’iscrizione del minore al progetto “Attività Motoria di Base – Multisport”,</w:t>
      </w:r>
    </w:p>
    <w:p w14:paraId="04044CCE" w14:textId="77777777" w:rsidR="00F11D20" w:rsidRPr="001725E8" w:rsidRDefault="00C41D4B">
      <w:pPr>
        <w:spacing w:after="40"/>
      </w:pPr>
      <w:r w:rsidRPr="001725E8">
        <w:t>organizzato da ASD Salento Tornei, rivolto a ragazze e ragazzi di età compresa tra 6 e 14 anni.</w:t>
      </w:r>
    </w:p>
    <w:p w14:paraId="0353FE1A" w14:textId="154FDE82" w:rsidR="00F52729" w:rsidRPr="001725E8" w:rsidRDefault="00C41D4B" w:rsidP="00F52729">
      <w:pPr>
        <w:spacing w:after="40"/>
      </w:pPr>
      <w:r w:rsidRPr="001725E8">
        <w:t xml:space="preserve">Frequenza prevista: tutti i sabati mattina. Posti </w:t>
      </w:r>
      <w:proofErr w:type="spellStart"/>
      <w:r w:rsidRPr="001725E8">
        <w:t>disponibili</w:t>
      </w:r>
      <w:proofErr w:type="spellEnd"/>
      <w:r w:rsidRPr="001725E8">
        <w:t xml:space="preserve">: </w:t>
      </w:r>
      <w:proofErr w:type="spellStart"/>
      <w:r w:rsidRPr="001725E8">
        <w:t>massimo</w:t>
      </w:r>
      <w:proofErr w:type="spellEnd"/>
      <w:r w:rsidRPr="001725E8">
        <w:t xml:space="preserve"> 40 </w:t>
      </w:r>
      <w:proofErr w:type="spellStart"/>
      <w:r w:rsidRPr="001725E8">
        <w:t>partecipanti</w:t>
      </w:r>
      <w:proofErr w:type="spellEnd"/>
      <w:r w:rsidRPr="001725E8">
        <w:t>.</w:t>
      </w:r>
    </w:p>
    <w:p w14:paraId="458173F8" w14:textId="77777777" w:rsidR="00F52729" w:rsidRPr="001725E8" w:rsidRDefault="00F52729" w:rsidP="00F527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val="it-IT" w:eastAsia="it-IT"/>
        </w:rPr>
      </w:pPr>
      <w:r w:rsidRPr="001725E8">
        <w:rPr>
          <w:rFonts w:ascii="Times New Roman" w:eastAsia="Times New Roman" w:hAnsi="Times New Roman" w:cs="Times New Roman"/>
          <w:b/>
          <w:bCs/>
          <w:lang w:val="it-IT" w:eastAsia="it-IT"/>
        </w:rPr>
        <w:t>5. CERTIFICAZIONE MEDICA E IDONEITÀ ALL’ATTIVITÀ SPORTIVA</w:t>
      </w:r>
    </w:p>
    <w:p w14:paraId="124ABD13" w14:textId="77777777" w:rsidR="00F52729" w:rsidRPr="001725E8" w:rsidRDefault="00F52729" w:rsidP="00F527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1725E8">
        <w:rPr>
          <w:rFonts w:ascii="Times New Roman" w:eastAsia="Times New Roman" w:hAnsi="Times New Roman" w:cs="Times New Roman"/>
          <w:lang w:val="it-IT" w:eastAsia="it-IT"/>
        </w:rPr>
        <w:t>Per la partecipazione al progetto “Attività Motoria di Base – Multisport” è richiesta la presentazione di certificato medico di idoneità alla pratica sportiva, in corso di validità, secondo quanto previsto dalla normativa applicabile.</w:t>
      </w:r>
    </w:p>
    <w:p w14:paraId="58443C6C" w14:textId="77777777" w:rsidR="00F52729" w:rsidRPr="001725E8" w:rsidRDefault="00F52729" w:rsidP="00F527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1725E8">
        <w:rPr>
          <w:rFonts w:ascii="Times New Roman" w:eastAsia="Times New Roman" w:hAnsi="Times New Roman" w:cs="Times New Roman"/>
          <w:lang w:val="it-IT" w:eastAsia="it-IT"/>
        </w:rPr>
        <w:t>Il certificato dovrà essere consegnato alla segreteria dell’ASD Salento Tornei prima dell’inizio delle attività.</w:t>
      </w:r>
    </w:p>
    <w:p w14:paraId="4CCECFC1" w14:textId="77777777" w:rsidR="00F52729" w:rsidRPr="001725E8" w:rsidRDefault="00F52729" w:rsidP="00F527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1725E8">
        <w:rPr>
          <w:rFonts w:ascii="Segoe UI Symbol" w:eastAsia="Times New Roman" w:hAnsi="Segoe UI Symbol" w:cs="Segoe UI Symbol"/>
          <w:lang w:val="it-IT" w:eastAsia="it-IT"/>
        </w:rPr>
        <w:t>☐</w:t>
      </w:r>
      <w:r w:rsidRPr="001725E8">
        <w:rPr>
          <w:rFonts w:ascii="Times New Roman" w:eastAsia="Times New Roman" w:hAnsi="Times New Roman" w:cs="Times New Roman"/>
          <w:lang w:val="it-IT" w:eastAsia="it-IT"/>
        </w:rPr>
        <w:t xml:space="preserve"> Certificato medico consegnato</w:t>
      </w:r>
    </w:p>
    <w:p w14:paraId="3504F4C2" w14:textId="77777777" w:rsidR="00F52729" w:rsidRPr="001725E8" w:rsidRDefault="00F52729" w:rsidP="00F527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1725E8">
        <w:rPr>
          <w:rFonts w:ascii="Segoe UI Symbol" w:eastAsia="Times New Roman" w:hAnsi="Segoe UI Symbol" w:cs="Segoe UI Symbol"/>
          <w:lang w:val="it-IT" w:eastAsia="it-IT"/>
        </w:rPr>
        <w:t>☐</w:t>
      </w:r>
      <w:r w:rsidRPr="001725E8">
        <w:rPr>
          <w:rFonts w:ascii="Times New Roman" w:eastAsia="Times New Roman" w:hAnsi="Times New Roman" w:cs="Times New Roman"/>
          <w:lang w:val="it-IT" w:eastAsia="it-IT"/>
        </w:rPr>
        <w:t xml:space="preserve"> Certificato medico da consegnare</w:t>
      </w:r>
    </w:p>
    <w:p w14:paraId="00BD3A50" w14:textId="3417DFDE" w:rsidR="00F52729" w:rsidRPr="001725E8" w:rsidRDefault="00F52729" w:rsidP="00F527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1725E8">
        <w:rPr>
          <w:rFonts w:ascii="Times New Roman" w:eastAsia="Times New Roman" w:hAnsi="Times New Roman" w:cs="Times New Roman"/>
          <w:lang w:val="it-IT" w:eastAsia="it-IT"/>
        </w:rPr>
        <w:t>Data di scadenza del certificato: ____ / ____ / ______</w:t>
      </w:r>
    </w:p>
    <w:p w14:paraId="39DB13E9" w14:textId="77777777" w:rsidR="00F52729" w:rsidRPr="001725E8" w:rsidRDefault="00F52729" w:rsidP="00F527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it-IT" w:eastAsia="it-IT"/>
        </w:rPr>
      </w:pPr>
    </w:p>
    <w:p w14:paraId="28D6E64B" w14:textId="6C6B360A" w:rsidR="00F11D20" w:rsidRPr="001725E8" w:rsidRDefault="00C41D4B">
      <w:r w:rsidRPr="001725E8">
        <w:rPr>
          <w:b/>
        </w:rPr>
        <w:t>6. AUTORIZZAZIONE ALLA PARTECIPAZIONE</w:t>
      </w:r>
    </w:p>
    <w:p w14:paraId="574DA156" w14:textId="77777777" w:rsidR="00F11D20" w:rsidRPr="001725E8" w:rsidRDefault="00C41D4B">
      <w:pPr>
        <w:spacing w:after="40"/>
      </w:pPr>
      <w:r w:rsidRPr="001725E8">
        <w:t>☐</w:t>
      </w:r>
      <w:r w:rsidRPr="001725E8">
        <w:t xml:space="preserve"> AUTORIZZO il minore a partecipare alle attività del progetto “Attività Motoria di Base – Multisport” organizzato da ASD Salento Tornei.</w:t>
      </w:r>
    </w:p>
    <w:p w14:paraId="58335521" w14:textId="77777777" w:rsidR="00F11D20" w:rsidRPr="001725E8" w:rsidRDefault="00C41D4B">
      <w:pPr>
        <w:spacing w:after="40"/>
      </w:pPr>
      <w:r w:rsidRPr="001725E8">
        <w:t>☐</w:t>
      </w:r>
      <w:r w:rsidRPr="001725E8">
        <w:t xml:space="preserve"> NON AUTORIZZO il minore a partecipare.</w:t>
      </w:r>
    </w:p>
    <w:p w14:paraId="2BFE87A9" w14:textId="2A36A9F9" w:rsidR="00DC630C" w:rsidRPr="001725E8" w:rsidRDefault="00DC630C">
      <w:pPr>
        <w:rPr>
          <w:b/>
        </w:rPr>
      </w:pPr>
    </w:p>
    <w:p w14:paraId="4455BA9D" w14:textId="69CE5778" w:rsidR="00F11D20" w:rsidRPr="001725E8" w:rsidRDefault="00C41D4B">
      <w:r w:rsidRPr="001725E8">
        <w:rPr>
          <w:b/>
        </w:rPr>
        <w:t>7. UTILIZZO DI FOTO E VIDEO</w:t>
      </w:r>
    </w:p>
    <w:p w14:paraId="27E4FAE5" w14:textId="77777777" w:rsidR="00F11D20" w:rsidRPr="001725E8" w:rsidRDefault="00C41D4B">
      <w:pPr>
        <w:spacing w:after="40"/>
      </w:pPr>
      <w:r w:rsidRPr="001725E8">
        <w:t>Per finalità di documentazione e comunicazione istituzionale/promozionale delle attività dell’associazione:</w:t>
      </w:r>
    </w:p>
    <w:p w14:paraId="1679DF36" w14:textId="77777777" w:rsidR="00F11D20" w:rsidRPr="001725E8" w:rsidRDefault="00C41D4B">
      <w:pPr>
        <w:spacing w:after="40"/>
      </w:pPr>
      <w:r w:rsidRPr="001725E8">
        <w:t>☐</w:t>
      </w:r>
      <w:r w:rsidRPr="001725E8">
        <w:t xml:space="preserve"> AUTORIZZO l’ASD Salento Tornei a realizzare e utilizzare immagini e/o video del minore nell’ambito delle attività del progetto.</w:t>
      </w:r>
    </w:p>
    <w:p w14:paraId="5C74E10C" w14:textId="77777777" w:rsidR="00F11D20" w:rsidRPr="001725E8" w:rsidRDefault="00C41D4B">
      <w:pPr>
        <w:spacing w:after="40"/>
      </w:pPr>
      <w:r w:rsidRPr="001725E8">
        <w:t>☐</w:t>
      </w:r>
      <w:r w:rsidRPr="001725E8">
        <w:t xml:space="preserve"> NON AUTORIZZO l’utilizzo di immagini e/o video del minore.</w:t>
      </w:r>
    </w:p>
    <w:p w14:paraId="0AEA7FAD" w14:textId="77777777" w:rsidR="00F11D20" w:rsidRPr="001725E8" w:rsidRDefault="00C41D4B">
      <w:pPr>
        <w:spacing w:after="40"/>
      </w:pPr>
      <w:r w:rsidRPr="001725E8">
        <w:t>Il consenso è facoltativo e non condiziona l’iscrizione al progetto.</w:t>
      </w:r>
    </w:p>
    <w:p w14:paraId="1E6F8EB6" w14:textId="77777777" w:rsidR="00DC630C" w:rsidRPr="001725E8" w:rsidRDefault="00DC630C">
      <w:pPr>
        <w:rPr>
          <w:b/>
        </w:rPr>
      </w:pPr>
    </w:p>
    <w:p w14:paraId="6130BC0E" w14:textId="57E244A0" w:rsidR="00F11D20" w:rsidRPr="001725E8" w:rsidRDefault="00C41D4B">
      <w:r w:rsidRPr="001725E8">
        <w:rPr>
          <w:b/>
        </w:rPr>
        <w:t>8. PRIVACY</w:t>
      </w:r>
    </w:p>
    <w:p w14:paraId="25AB455F" w14:textId="77777777" w:rsidR="00F11D20" w:rsidRPr="001725E8" w:rsidRDefault="00C41D4B">
      <w:pPr>
        <w:spacing w:after="40"/>
      </w:pPr>
      <w:r w:rsidRPr="001725E8">
        <w:t>Il/La sottoscritto/a dichiara di aver ricevuto l’informativa sul trattamento dei dati personali e di essere consapevole che i dati forniti saranno trattati dall’associazione per le finalità connesse alla gestione dell’iscrizione, dell’attività e degli adempimenti organizzativi e amministrativi.</w:t>
      </w:r>
    </w:p>
    <w:p w14:paraId="43917C2F" w14:textId="47F7798C" w:rsidR="00F11D20" w:rsidRDefault="00C41D4B" w:rsidP="00F52729">
      <w:pPr>
        <w:spacing w:after="40"/>
      </w:pPr>
      <w:r w:rsidRPr="001725E8">
        <w:t xml:space="preserve">Il consenso al trattamento dei dati personali è prestato nei limiti e per le </w:t>
      </w:r>
      <w:proofErr w:type="spellStart"/>
      <w:r w:rsidRPr="001725E8">
        <w:t>finalità</w:t>
      </w:r>
      <w:proofErr w:type="spellEnd"/>
      <w:r w:rsidRPr="001725E8">
        <w:t xml:space="preserve"> indicate </w:t>
      </w:r>
      <w:proofErr w:type="spellStart"/>
      <w:r w:rsidRPr="001725E8">
        <w:t>nell’informativa</w:t>
      </w:r>
      <w:proofErr w:type="spellEnd"/>
      <w:r w:rsidRPr="001725E8">
        <w:t xml:space="preserve"> privacy </w:t>
      </w:r>
      <w:proofErr w:type="spellStart"/>
      <w:r w:rsidRPr="001725E8">
        <w:t>dell’associazione</w:t>
      </w:r>
      <w:proofErr w:type="spellEnd"/>
      <w:r w:rsidRPr="001725E8">
        <w:t>.</w:t>
      </w:r>
    </w:p>
    <w:p w14:paraId="3223FF99" w14:textId="77777777" w:rsidR="001725E8" w:rsidRDefault="001725E8" w:rsidP="00F52729">
      <w:pPr>
        <w:spacing w:after="40"/>
      </w:pPr>
    </w:p>
    <w:p w14:paraId="2FCA4611" w14:textId="77777777" w:rsidR="00AA17AA" w:rsidRDefault="00AA17AA" w:rsidP="00F52729">
      <w:pPr>
        <w:spacing w:after="40"/>
      </w:pPr>
    </w:p>
    <w:p w14:paraId="4B8DEE8D" w14:textId="77777777" w:rsidR="00AA17AA" w:rsidRDefault="00AA17AA" w:rsidP="00F52729">
      <w:pPr>
        <w:spacing w:after="40"/>
      </w:pPr>
    </w:p>
    <w:p w14:paraId="2F593E47" w14:textId="77777777" w:rsidR="00AA17AA" w:rsidRDefault="00AA17AA" w:rsidP="00F52729">
      <w:pPr>
        <w:spacing w:after="40"/>
      </w:pPr>
    </w:p>
    <w:p w14:paraId="401BFAA5" w14:textId="77777777" w:rsidR="00AA17AA" w:rsidRPr="001725E8" w:rsidRDefault="00AA17AA" w:rsidP="00F52729">
      <w:pPr>
        <w:spacing w:after="40"/>
      </w:pPr>
    </w:p>
    <w:p w14:paraId="04A690D1" w14:textId="5309FF0D" w:rsidR="00246BA1" w:rsidRPr="001725E8" w:rsidRDefault="00F52729" w:rsidP="00246BA1">
      <w:pPr>
        <w:rPr>
          <w:b/>
          <w:bCs/>
          <w:lang w:val="it-IT"/>
        </w:rPr>
      </w:pPr>
      <w:r w:rsidRPr="001725E8">
        <w:rPr>
          <w:b/>
          <w:bCs/>
          <w:lang w:val="it-IT"/>
        </w:rPr>
        <w:lastRenderedPageBreak/>
        <w:t>9</w:t>
      </w:r>
      <w:r w:rsidR="00246BA1" w:rsidRPr="001725E8">
        <w:rPr>
          <w:b/>
          <w:bCs/>
          <w:lang w:val="it-IT"/>
        </w:rPr>
        <w:t>. TESSERAMENTO ACLI</w:t>
      </w:r>
    </w:p>
    <w:p w14:paraId="050E6271" w14:textId="77777777" w:rsidR="00246BA1" w:rsidRPr="001725E8" w:rsidRDefault="00246BA1" w:rsidP="00246BA1">
      <w:pPr>
        <w:rPr>
          <w:bCs/>
          <w:lang w:val="it-IT"/>
        </w:rPr>
      </w:pPr>
      <w:r w:rsidRPr="001725E8">
        <w:rPr>
          <w:bCs/>
          <w:lang w:val="it-IT"/>
        </w:rPr>
        <w:t>Il/La sottoscritto/a, in qualità di genitore/tutore del minore, richiede e autorizza il tesseramento del minore alle ACLI, attraverso l’ASD Salento Tornei, per la partecipazione alle attività sportive e alle iniziative previste dal progetto “Attività Motoria di Base – Multisport”.</w:t>
      </w:r>
    </w:p>
    <w:p w14:paraId="13E34B97" w14:textId="77777777" w:rsidR="00246BA1" w:rsidRPr="001725E8" w:rsidRDefault="00246BA1" w:rsidP="00246BA1">
      <w:pPr>
        <w:rPr>
          <w:bCs/>
          <w:lang w:val="it-IT"/>
        </w:rPr>
      </w:pPr>
      <w:r w:rsidRPr="001725E8">
        <w:rPr>
          <w:rFonts w:ascii="Segoe UI Symbol" w:hAnsi="Segoe UI Symbol" w:cs="Segoe UI Symbol"/>
          <w:bCs/>
          <w:lang w:val="it-IT"/>
        </w:rPr>
        <w:t>☐</w:t>
      </w:r>
      <w:r w:rsidRPr="001725E8">
        <w:rPr>
          <w:bCs/>
          <w:lang w:val="it-IT"/>
        </w:rPr>
        <w:t xml:space="preserve"> AUTORIZZO il tesseramento ACLI del minore.</w:t>
      </w:r>
    </w:p>
    <w:p w14:paraId="11D79EB9" w14:textId="77777777" w:rsidR="00246BA1" w:rsidRPr="001725E8" w:rsidRDefault="00246BA1" w:rsidP="00246BA1">
      <w:pPr>
        <w:rPr>
          <w:bCs/>
          <w:lang w:val="it-IT"/>
        </w:rPr>
      </w:pPr>
      <w:r w:rsidRPr="001725E8">
        <w:rPr>
          <w:rFonts w:ascii="Segoe UI Symbol" w:hAnsi="Segoe UI Symbol" w:cs="Segoe UI Symbol"/>
          <w:bCs/>
          <w:lang w:val="it-IT"/>
        </w:rPr>
        <w:t>☐</w:t>
      </w:r>
      <w:r w:rsidRPr="001725E8">
        <w:rPr>
          <w:bCs/>
          <w:lang w:val="it-IT"/>
        </w:rPr>
        <w:t xml:space="preserve"> NON AUTORIZZO il tesseramento ACLI del minore.</w:t>
      </w:r>
    </w:p>
    <w:p w14:paraId="5002678F" w14:textId="77777777" w:rsidR="00DC630C" w:rsidRPr="001725E8" w:rsidRDefault="00DC630C">
      <w:pPr>
        <w:rPr>
          <w:b/>
        </w:rPr>
      </w:pPr>
    </w:p>
    <w:p w14:paraId="560E674A" w14:textId="75E124C0" w:rsidR="00246BA1" w:rsidRPr="001725E8" w:rsidRDefault="00246BA1" w:rsidP="00246B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val="it-IT" w:eastAsia="it-IT"/>
        </w:rPr>
      </w:pPr>
      <w:r w:rsidRPr="001725E8">
        <w:rPr>
          <w:rFonts w:ascii="Times New Roman" w:eastAsia="Times New Roman" w:hAnsi="Times New Roman" w:cs="Times New Roman"/>
          <w:b/>
          <w:bCs/>
          <w:lang w:val="it-IT" w:eastAsia="it-IT"/>
        </w:rPr>
        <w:t>1</w:t>
      </w:r>
      <w:r w:rsidR="00F52729" w:rsidRPr="001725E8">
        <w:rPr>
          <w:rFonts w:ascii="Times New Roman" w:eastAsia="Times New Roman" w:hAnsi="Times New Roman" w:cs="Times New Roman"/>
          <w:b/>
          <w:bCs/>
          <w:lang w:val="it-IT" w:eastAsia="it-IT"/>
        </w:rPr>
        <w:t>0</w:t>
      </w:r>
      <w:r w:rsidRPr="001725E8">
        <w:rPr>
          <w:rFonts w:ascii="Times New Roman" w:eastAsia="Times New Roman" w:hAnsi="Times New Roman" w:cs="Times New Roman"/>
          <w:b/>
          <w:bCs/>
          <w:lang w:val="it-IT" w:eastAsia="it-IT"/>
        </w:rPr>
        <w:t>. TAGLIA MAGLIA RICORDO</w:t>
      </w:r>
    </w:p>
    <w:p w14:paraId="019D7175" w14:textId="77777777" w:rsidR="00246BA1" w:rsidRPr="001725E8" w:rsidRDefault="00246BA1" w:rsidP="00246B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1725E8">
        <w:rPr>
          <w:rFonts w:ascii="Times New Roman" w:eastAsia="Times New Roman" w:hAnsi="Times New Roman" w:cs="Times New Roman"/>
          <w:lang w:val="it-IT" w:eastAsia="it-IT"/>
        </w:rPr>
        <w:t>Al termine del progetto, a ciascun partecipante verrà consegnata una maglia ricordo dell’iniziativa.</w:t>
      </w:r>
      <w:r w:rsidRPr="001725E8">
        <w:rPr>
          <w:rFonts w:ascii="Times New Roman" w:eastAsia="Times New Roman" w:hAnsi="Times New Roman" w:cs="Times New Roman"/>
          <w:lang w:val="it-IT" w:eastAsia="it-IT"/>
        </w:rPr>
        <w:br/>
        <w:t>Si prega di indicare la taglia del minore:</w:t>
      </w:r>
    </w:p>
    <w:p w14:paraId="10163461" w14:textId="77777777" w:rsidR="00246BA1" w:rsidRPr="001725E8" w:rsidRDefault="00246BA1" w:rsidP="00246B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1725E8">
        <w:rPr>
          <w:rFonts w:ascii="Segoe UI Symbol" w:eastAsia="Times New Roman" w:hAnsi="Segoe UI Symbol" w:cs="Segoe UI Symbol"/>
          <w:lang w:val="it-IT" w:eastAsia="it-IT"/>
        </w:rPr>
        <w:t>☐</w:t>
      </w:r>
      <w:r w:rsidRPr="001725E8">
        <w:rPr>
          <w:rFonts w:ascii="Times New Roman" w:eastAsia="Times New Roman" w:hAnsi="Times New Roman" w:cs="Times New Roman"/>
          <w:lang w:val="it-IT" w:eastAsia="it-IT"/>
        </w:rPr>
        <w:t xml:space="preserve"> 6 anni</w:t>
      </w:r>
      <w:r w:rsidRPr="001725E8">
        <w:rPr>
          <w:rFonts w:ascii="Times New Roman" w:eastAsia="Times New Roman" w:hAnsi="Times New Roman" w:cs="Times New Roman"/>
          <w:lang w:val="it-IT" w:eastAsia="it-IT"/>
        </w:rPr>
        <w:br/>
      </w:r>
      <w:r w:rsidRPr="001725E8">
        <w:rPr>
          <w:rFonts w:ascii="Segoe UI Symbol" w:eastAsia="Times New Roman" w:hAnsi="Segoe UI Symbol" w:cs="Segoe UI Symbol"/>
          <w:lang w:val="it-IT" w:eastAsia="it-IT"/>
        </w:rPr>
        <w:t>☐</w:t>
      </w:r>
      <w:r w:rsidRPr="001725E8">
        <w:rPr>
          <w:rFonts w:ascii="Times New Roman" w:eastAsia="Times New Roman" w:hAnsi="Times New Roman" w:cs="Times New Roman"/>
          <w:lang w:val="it-IT" w:eastAsia="it-IT"/>
        </w:rPr>
        <w:t xml:space="preserve"> 8 anni</w:t>
      </w:r>
      <w:r w:rsidRPr="001725E8">
        <w:rPr>
          <w:rFonts w:ascii="Times New Roman" w:eastAsia="Times New Roman" w:hAnsi="Times New Roman" w:cs="Times New Roman"/>
          <w:lang w:val="it-IT" w:eastAsia="it-IT"/>
        </w:rPr>
        <w:br/>
      </w:r>
      <w:r w:rsidRPr="001725E8">
        <w:rPr>
          <w:rFonts w:ascii="Segoe UI Symbol" w:eastAsia="Times New Roman" w:hAnsi="Segoe UI Symbol" w:cs="Segoe UI Symbol"/>
          <w:lang w:val="it-IT" w:eastAsia="it-IT"/>
        </w:rPr>
        <w:t>☐</w:t>
      </w:r>
      <w:r w:rsidRPr="001725E8">
        <w:rPr>
          <w:rFonts w:ascii="Times New Roman" w:eastAsia="Times New Roman" w:hAnsi="Times New Roman" w:cs="Times New Roman"/>
          <w:lang w:val="it-IT" w:eastAsia="it-IT"/>
        </w:rPr>
        <w:t xml:space="preserve"> 10 anni</w:t>
      </w:r>
      <w:r w:rsidRPr="001725E8">
        <w:rPr>
          <w:rFonts w:ascii="Times New Roman" w:eastAsia="Times New Roman" w:hAnsi="Times New Roman" w:cs="Times New Roman"/>
          <w:lang w:val="it-IT" w:eastAsia="it-IT"/>
        </w:rPr>
        <w:br/>
      </w:r>
      <w:r w:rsidRPr="001725E8">
        <w:rPr>
          <w:rFonts w:ascii="Segoe UI Symbol" w:eastAsia="Times New Roman" w:hAnsi="Segoe UI Symbol" w:cs="Segoe UI Symbol"/>
          <w:lang w:val="it-IT" w:eastAsia="it-IT"/>
        </w:rPr>
        <w:t>☐</w:t>
      </w:r>
      <w:r w:rsidRPr="001725E8">
        <w:rPr>
          <w:rFonts w:ascii="Times New Roman" w:eastAsia="Times New Roman" w:hAnsi="Times New Roman" w:cs="Times New Roman"/>
          <w:lang w:val="it-IT" w:eastAsia="it-IT"/>
        </w:rPr>
        <w:t xml:space="preserve"> 12 anni</w:t>
      </w:r>
      <w:r w:rsidRPr="001725E8">
        <w:rPr>
          <w:rFonts w:ascii="Times New Roman" w:eastAsia="Times New Roman" w:hAnsi="Times New Roman" w:cs="Times New Roman"/>
          <w:lang w:val="it-IT" w:eastAsia="it-IT"/>
        </w:rPr>
        <w:br/>
      </w:r>
      <w:r w:rsidRPr="001725E8">
        <w:rPr>
          <w:rFonts w:ascii="Segoe UI Symbol" w:eastAsia="Times New Roman" w:hAnsi="Segoe UI Symbol" w:cs="Segoe UI Symbol"/>
          <w:lang w:val="it-IT" w:eastAsia="it-IT"/>
        </w:rPr>
        <w:t>☐</w:t>
      </w:r>
      <w:r w:rsidRPr="001725E8">
        <w:rPr>
          <w:rFonts w:ascii="Times New Roman" w:eastAsia="Times New Roman" w:hAnsi="Times New Roman" w:cs="Times New Roman"/>
          <w:lang w:val="it-IT" w:eastAsia="it-IT"/>
        </w:rPr>
        <w:t xml:space="preserve"> 14 anni</w:t>
      </w:r>
      <w:r w:rsidRPr="001725E8">
        <w:rPr>
          <w:rFonts w:ascii="Times New Roman" w:eastAsia="Times New Roman" w:hAnsi="Times New Roman" w:cs="Times New Roman"/>
          <w:lang w:val="it-IT" w:eastAsia="it-IT"/>
        </w:rPr>
        <w:br/>
      </w:r>
      <w:r w:rsidRPr="001725E8">
        <w:rPr>
          <w:rFonts w:ascii="Segoe UI Symbol" w:eastAsia="Times New Roman" w:hAnsi="Segoe UI Symbol" w:cs="Segoe UI Symbol"/>
          <w:lang w:val="it-IT" w:eastAsia="it-IT"/>
        </w:rPr>
        <w:t>☐</w:t>
      </w:r>
      <w:r w:rsidRPr="001725E8">
        <w:rPr>
          <w:rFonts w:ascii="Times New Roman" w:eastAsia="Times New Roman" w:hAnsi="Times New Roman" w:cs="Times New Roman"/>
          <w:lang w:val="it-IT" w:eastAsia="it-IT"/>
        </w:rPr>
        <w:t xml:space="preserve"> XS</w:t>
      </w:r>
      <w:r w:rsidRPr="001725E8">
        <w:rPr>
          <w:rFonts w:ascii="Times New Roman" w:eastAsia="Times New Roman" w:hAnsi="Times New Roman" w:cs="Times New Roman"/>
          <w:lang w:val="it-IT" w:eastAsia="it-IT"/>
        </w:rPr>
        <w:br/>
      </w:r>
      <w:r w:rsidRPr="001725E8">
        <w:rPr>
          <w:rFonts w:ascii="Segoe UI Symbol" w:eastAsia="Times New Roman" w:hAnsi="Segoe UI Symbol" w:cs="Segoe UI Symbol"/>
          <w:lang w:val="it-IT" w:eastAsia="it-IT"/>
        </w:rPr>
        <w:t>☐</w:t>
      </w:r>
      <w:r w:rsidRPr="001725E8">
        <w:rPr>
          <w:rFonts w:ascii="Times New Roman" w:eastAsia="Times New Roman" w:hAnsi="Times New Roman" w:cs="Times New Roman"/>
          <w:lang w:val="it-IT" w:eastAsia="it-IT"/>
        </w:rPr>
        <w:t xml:space="preserve"> S</w:t>
      </w:r>
      <w:r w:rsidRPr="001725E8">
        <w:rPr>
          <w:rFonts w:ascii="Times New Roman" w:eastAsia="Times New Roman" w:hAnsi="Times New Roman" w:cs="Times New Roman"/>
          <w:lang w:val="it-IT" w:eastAsia="it-IT"/>
        </w:rPr>
        <w:br/>
      </w:r>
      <w:r w:rsidRPr="001725E8">
        <w:rPr>
          <w:rFonts w:ascii="Segoe UI Symbol" w:eastAsia="Times New Roman" w:hAnsi="Segoe UI Symbol" w:cs="Segoe UI Symbol"/>
          <w:lang w:val="it-IT" w:eastAsia="it-IT"/>
        </w:rPr>
        <w:t>☐</w:t>
      </w:r>
      <w:r w:rsidRPr="001725E8">
        <w:rPr>
          <w:rFonts w:ascii="Times New Roman" w:eastAsia="Times New Roman" w:hAnsi="Times New Roman" w:cs="Times New Roman"/>
          <w:lang w:val="it-IT" w:eastAsia="it-IT"/>
        </w:rPr>
        <w:t xml:space="preserve"> M</w:t>
      </w:r>
      <w:r w:rsidRPr="001725E8">
        <w:rPr>
          <w:rFonts w:ascii="Times New Roman" w:eastAsia="Times New Roman" w:hAnsi="Times New Roman" w:cs="Times New Roman"/>
          <w:lang w:val="it-IT" w:eastAsia="it-IT"/>
        </w:rPr>
        <w:br/>
      </w:r>
      <w:r w:rsidRPr="001725E8">
        <w:rPr>
          <w:rFonts w:ascii="Segoe UI Symbol" w:eastAsia="Times New Roman" w:hAnsi="Segoe UI Symbol" w:cs="Segoe UI Symbol"/>
          <w:lang w:val="it-IT" w:eastAsia="it-IT"/>
        </w:rPr>
        <w:t>☐</w:t>
      </w:r>
      <w:r w:rsidRPr="001725E8">
        <w:rPr>
          <w:rFonts w:ascii="Times New Roman" w:eastAsia="Times New Roman" w:hAnsi="Times New Roman" w:cs="Times New Roman"/>
          <w:lang w:val="it-IT" w:eastAsia="it-IT"/>
        </w:rPr>
        <w:t xml:space="preserve"> L</w:t>
      </w:r>
    </w:p>
    <w:p w14:paraId="29815F65" w14:textId="63357A35" w:rsidR="00F52729" w:rsidRPr="001725E8" w:rsidRDefault="00246BA1" w:rsidP="00F527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1725E8">
        <w:rPr>
          <w:rFonts w:ascii="Times New Roman" w:eastAsia="Times New Roman" w:hAnsi="Times New Roman" w:cs="Times New Roman"/>
          <w:lang w:val="it-IT" w:eastAsia="it-IT"/>
        </w:rPr>
        <w:t>Taglia scelta: ______________________</w:t>
      </w:r>
    </w:p>
    <w:p w14:paraId="448969F6" w14:textId="77777777" w:rsidR="00246BA1" w:rsidRPr="001725E8" w:rsidRDefault="00246BA1">
      <w:pPr>
        <w:rPr>
          <w:b/>
        </w:rPr>
      </w:pPr>
    </w:p>
    <w:p w14:paraId="3F55FE53" w14:textId="4C99671C" w:rsidR="00F11D20" w:rsidRPr="001725E8" w:rsidRDefault="00C41D4B">
      <w:r w:rsidRPr="001725E8">
        <w:rPr>
          <w:b/>
        </w:rPr>
        <w:t>1</w:t>
      </w:r>
      <w:r w:rsidR="00F52729" w:rsidRPr="001725E8">
        <w:rPr>
          <w:b/>
        </w:rPr>
        <w:t>1</w:t>
      </w:r>
      <w:r w:rsidRPr="001725E8">
        <w:rPr>
          <w:b/>
        </w:rPr>
        <w:t>. PARTE RISERVATA ALL’ASSOCIAZIONE</w:t>
      </w:r>
    </w:p>
    <w:p w14:paraId="610A9B87" w14:textId="77777777" w:rsidR="00F11D20" w:rsidRPr="001725E8" w:rsidRDefault="00C41D4B">
      <w:pPr>
        <w:spacing w:after="40"/>
      </w:pPr>
      <w:r w:rsidRPr="001725E8">
        <w:t>Data ricezione domanda: ____ / ___</w:t>
      </w:r>
      <w:proofErr w:type="gramStart"/>
      <w:r w:rsidRPr="001725E8">
        <w:t>_ / _</w:t>
      </w:r>
      <w:proofErr w:type="gramEnd"/>
      <w:r w:rsidRPr="001725E8">
        <w:t>_____</w:t>
      </w:r>
    </w:p>
    <w:p w14:paraId="6EFD8107" w14:textId="77777777" w:rsidR="00F11D20" w:rsidRPr="001725E8" w:rsidRDefault="00C41D4B">
      <w:pPr>
        <w:spacing w:after="40"/>
      </w:pPr>
      <w:r w:rsidRPr="001725E8">
        <w:t>Numero iscrizione: ____________________    Quota: € ____________________</w:t>
      </w:r>
    </w:p>
    <w:p w14:paraId="0E4BD478" w14:textId="77777777" w:rsidR="00F11D20" w:rsidRPr="001725E8" w:rsidRDefault="00C41D4B">
      <w:pPr>
        <w:spacing w:after="40"/>
      </w:pPr>
      <w:r w:rsidRPr="001725E8">
        <w:t>Documentazione ricevuta: ☐ Modulo   ☐ Documento genitore/tutore   ☐ Altro: ______________</w:t>
      </w:r>
    </w:p>
    <w:p w14:paraId="0E22BADE" w14:textId="77777777" w:rsidR="00F11D20" w:rsidRPr="001725E8" w:rsidRDefault="00C41D4B">
      <w:pPr>
        <w:spacing w:after="40"/>
      </w:pPr>
      <w:r w:rsidRPr="001725E8">
        <w:t>Note: ________________________________________________________________________</w:t>
      </w:r>
    </w:p>
    <w:p w14:paraId="65677DC2" w14:textId="77777777" w:rsidR="00F11D20" w:rsidRPr="001725E8" w:rsidRDefault="00F11D20"/>
    <w:p w14:paraId="24C8BADD" w14:textId="0E238482" w:rsidR="00F52729" w:rsidRPr="001725E8" w:rsidRDefault="00F52729" w:rsidP="00F52729">
      <w:r w:rsidRPr="001725E8">
        <w:rPr>
          <w:b/>
        </w:rPr>
        <w:t>12. FIRME</w:t>
      </w:r>
    </w:p>
    <w:p w14:paraId="43B5699B" w14:textId="77777777" w:rsidR="00F52729" w:rsidRPr="001725E8" w:rsidRDefault="00F52729" w:rsidP="00F52729">
      <w:pPr>
        <w:spacing w:after="40"/>
      </w:pPr>
      <w:proofErr w:type="spellStart"/>
      <w:r w:rsidRPr="001725E8">
        <w:t>Luogo</w:t>
      </w:r>
      <w:proofErr w:type="spellEnd"/>
      <w:r w:rsidRPr="001725E8">
        <w:t xml:space="preserve"> e data: _________________________________________________________________</w:t>
      </w:r>
    </w:p>
    <w:p w14:paraId="21A1376D" w14:textId="77777777" w:rsidR="00F52729" w:rsidRPr="001725E8" w:rsidRDefault="00F52729" w:rsidP="00F52729">
      <w:pPr>
        <w:spacing w:after="40"/>
      </w:pPr>
      <w:proofErr w:type="spellStart"/>
      <w:r w:rsidRPr="001725E8">
        <w:t>Firma</w:t>
      </w:r>
      <w:proofErr w:type="spellEnd"/>
      <w:r w:rsidRPr="001725E8">
        <w:t xml:space="preserve"> del </w:t>
      </w:r>
      <w:proofErr w:type="spellStart"/>
      <w:r w:rsidRPr="001725E8">
        <w:t>genitore</w:t>
      </w:r>
      <w:proofErr w:type="spellEnd"/>
      <w:r w:rsidRPr="001725E8">
        <w:t xml:space="preserve"> / </w:t>
      </w:r>
      <w:proofErr w:type="spellStart"/>
      <w:r w:rsidRPr="001725E8">
        <w:t>tutore</w:t>
      </w:r>
      <w:proofErr w:type="spellEnd"/>
      <w:r w:rsidRPr="001725E8">
        <w:t>: ______________________________________________________</w:t>
      </w:r>
    </w:p>
    <w:p w14:paraId="40D81B74" w14:textId="77777777" w:rsidR="00F52729" w:rsidRPr="001725E8" w:rsidRDefault="00F52729" w:rsidP="00F52729">
      <w:pPr>
        <w:spacing w:after="40"/>
      </w:pPr>
      <w:proofErr w:type="spellStart"/>
      <w:r w:rsidRPr="001725E8">
        <w:t>Firma</w:t>
      </w:r>
      <w:proofErr w:type="spellEnd"/>
      <w:r w:rsidRPr="001725E8">
        <w:t xml:space="preserve"> </w:t>
      </w:r>
      <w:proofErr w:type="spellStart"/>
      <w:r w:rsidRPr="001725E8">
        <w:t>dell’altro</w:t>
      </w:r>
      <w:proofErr w:type="spellEnd"/>
      <w:r w:rsidRPr="001725E8">
        <w:t xml:space="preserve"> </w:t>
      </w:r>
      <w:proofErr w:type="spellStart"/>
      <w:r w:rsidRPr="001725E8">
        <w:t>genitore</w:t>
      </w:r>
      <w:proofErr w:type="spellEnd"/>
      <w:r w:rsidRPr="001725E8">
        <w:t xml:space="preserve"> / </w:t>
      </w:r>
      <w:proofErr w:type="spellStart"/>
      <w:r w:rsidRPr="001725E8">
        <w:t>tutore</w:t>
      </w:r>
      <w:proofErr w:type="spellEnd"/>
      <w:r w:rsidRPr="001725E8">
        <w:t xml:space="preserve"> (se </w:t>
      </w:r>
      <w:proofErr w:type="spellStart"/>
      <w:r w:rsidRPr="001725E8">
        <w:t>richiesta</w:t>
      </w:r>
      <w:proofErr w:type="spellEnd"/>
      <w:r w:rsidRPr="001725E8">
        <w:t>): _______________________________________</w:t>
      </w:r>
    </w:p>
    <w:p w14:paraId="72EDB86A" w14:textId="77777777" w:rsidR="00F52729" w:rsidRPr="001725E8" w:rsidRDefault="00F52729"/>
    <w:p w14:paraId="6A7ABBA1" w14:textId="77777777" w:rsidR="00F52729" w:rsidRPr="001725E8" w:rsidRDefault="00F52729">
      <w:pPr>
        <w:jc w:val="center"/>
        <w:rPr>
          <w:i/>
        </w:rPr>
      </w:pPr>
    </w:p>
    <w:p w14:paraId="28E44D26" w14:textId="77777777" w:rsidR="00F52729" w:rsidRPr="001725E8" w:rsidRDefault="00F52729">
      <w:pPr>
        <w:jc w:val="center"/>
        <w:rPr>
          <w:i/>
        </w:rPr>
      </w:pPr>
    </w:p>
    <w:p w14:paraId="4E5074A3" w14:textId="59706DB7" w:rsidR="00F11D20" w:rsidRPr="001725E8" w:rsidRDefault="00C41D4B">
      <w:pPr>
        <w:jc w:val="center"/>
        <w:rPr>
          <w:sz w:val="20"/>
          <w:szCs w:val="20"/>
        </w:rPr>
      </w:pPr>
      <w:proofErr w:type="spellStart"/>
      <w:r w:rsidRPr="001725E8">
        <w:rPr>
          <w:i/>
          <w:sz w:val="20"/>
          <w:szCs w:val="20"/>
        </w:rPr>
        <w:t>Documento</w:t>
      </w:r>
      <w:proofErr w:type="spellEnd"/>
      <w:r w:rsidRPr="001725E8">
        <w:rPr>
          <w:i/>
          <w:sz w:val="20"/>
          <w:szCs w:val="20"/>
        </w:rPr>
        <w:t xml:space="preserve"> da </w:t>
      </w:r>
      <w:proofErr w:type="spellStart"/>
      <w:r w:rsidRPr="001725E8">
        <w:rPr>
          <w:i/>
          <w:sz w:val="20"/>
          <w:szCs w:val="20"/>
        </w:rPr>
        <w:t>compilare</w:t>
      </w:r>
      <w:proofErr w:type="spellEnd"/>
      <w:r w:rsidRPr="001725E8">
        <w:rPr>
          <w:i/>
          <w:sz w:val="20"/>
          <w:szCs w:val="20"/>
        </w:rPr>
        <w:t xml:space="preserve"> e </w:t>
      </w:r>
      <w:proofErr w:type="spellStart"/>
      <w:r w:rsidRPr="001725E8">
        <w:rPr>
          <w:i/>
          <w:sz w:val="20"/>
          <w:szCs w:val="20"/>
        </w:rPr>
        <w:t>consegnare</w:t>
      </w:r>
      <w:proofErr w:type="spellEnd"/>
      <w:r w:rsidRPr="001725E8">
        <w:rPr>
          <w:i/>
          <w:sz w:val="20"/>
          <w:szCs w:val="20"/>
        </w:rPr>
        <w:t xml:space="preserve"> alla </w:t>
      </w:r>
      <w:proofErr w:type="spellStart"/>
      <w:r w:rsidRPr="001725E8">
        <w:rPr>
          <w:i/>
          <w:sz w:val="20"/>
          <w:szCs w:val="20"/>
        </w:rPr>
        <w:t>segreteria</w:t>
      </w:r>
      <w:proofErr w:type="spellEnd"/>
      <w:r w:rsidRPr="001725E8">
        <w:rPr>
          <w:i/>
          <w:sz w:val="20"/>
          <w:szCs w:val="20"/>
        </w:rPr>
        <w:t xml:space="preserve"> </w:t>
      </w:r>
      <w:proofErr w:type="spellStart"/>
      <w:r w:rsidRPr="001725E8">
        <w:rPr>
          <w:i/>
          <w:sz w:val="20"/>
          <w:szCs w:val="20"/>
        </w:rPr>
        <w:t>dell’associazione</w:t>
      </w:r>
      <w:proofErr w:type="spellEnd"/>
      <w:r w:rsidRPr="001725E8">
        <w:rPr>
          <w:i/>
          <w:sz w:val="20"/>
          <w:szCs w:val="20"/>
        </w:rPr>
        <w:t>.</w:t>
      </w:r>
    </w:p>
    <w:sectPr w:rsidR="00F11D20" w:rsidRPr="001725E8" w:rsidSect="00034616"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5235633">
    <w:abstractNumId w:val="8"/>
  </w:num>
  <w:num w:numId="2" w16cid:durableId="2129153783">
    <w:abstractNumId w:val="6"/>
  </w:num>
  <w:num w:numId="3" w16cid:durableId="716661217">
    <w:abstractNumId w:val="5"/>
  </w:num>
  <w:num w:numId="4" w16cid:durableId="2078092136">
    <w:abstractNumId w:val="4"/>
  </w:num>
  <w:num w:numId="5" w16cid:durableId="648825163">
    <w:abstractNumId w:val="7"/>
  </w:num>
  <w:num w:numId="6" w16cid:durableId="1902329178">
    <w:abstractNumId w:val="3"/>
  </w:num>
  <w:num w:numId="7" w16cid:durableId="663778262">
    <w:abstractNumId w:val="2"/>
  </w:num>
  <w:num w:numId="8" w16cid:durableId="1288006387">
    <w:abstractNumId w:val="1"/>
  </w:num>
  <w:num w:numId="9" w16cid:durableId="443840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7274"/>
    <w:rsid w:val="0015074B"/>
    <w:rsid w:val="001725E8"/>
    <w:rsid w:val="00246BA1"/>
    <w:rsid w:val="0029639D"/>
    <w:rsid w:val="002A021F"/>
    <w:rsid w:val="00326F90"/>
    <w:rsid w:val="0064215C"/>
    <w:rsid w:val="009074D9"/>
    <w:rsid w:val="00AA17AA"/>
    <w:rsid w:val="00AA1D8D"/>
    <w:rsid w:val="00B47730"/>
    <w:rsid w:val="00CB0664"/>
    <w:rsid w:val="00D6514B"/>
    <w:rsid w:val="00DC630C"/>
    <w:rsid w:val="00F11D20"/>
    <w:rsid w:val="00F527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58B703"/>
  <w14:defaultImageDpi w14:val="300"/>
  <w15:docId w15:val="{64A667A6-8311-4DDF-A4AD-2C87E7AC2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DC630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C63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salentotornei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682</Words>
  <Characters>3892</Characters>
  <Application>Microsoft Office Word</Application>
  <DocSecurity>0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Vito CALOGIURI</cp:lastModifiedBy>
  <cp:revision>6</cp:revision>
  <dcterms:created xsi:type="dcterms:W3CDTF">2013-12-23T23:15:00Z</dcterms:created>
  <dcterms:modified xsi:type="dcterms:W3CDTF">2026-09-30T06:58:00Z</dcterms:modified>
  <cp:category/>
</cp:coreProperties>
</file>